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  <w:jc w:val="center"/>
      </w:pPr>
      <w:r>
        <w:rPr>
          <w:b/>
          <w:sz w:val="26"/>
        </w:rPr>
        <w:t>Заявление о снятии ареста со счёта (об отмене взыскания на защищённые выплаты)</w:t>
      </w:r>
    </w:p>
    <w:p>
      <w:pPr>
        <w:spacing w:after="40"/>
      </w:pPr>
      <w:r>
        <w:t>Начальнику отдела — старшему судебному приставу</w:t>
      </w:r>
    </w:p>
    <w:p>
      <w:pPr>
        <w:spacing w:after="40"/>
      </w:pPr>
      <w:r>
        <w:t>______________________ отделения ФССП России</w:t>
      </w:r>
    </w:p>
    <w:p>
      <w:pPr>
        <w:spacing w:after="40"/>
      </w:pPr>
      <w:r>
        <w:t>(судебному приставу-исполнителю ______)</w:t>
      </w:r>
    </w:p>
    <w:p>
      <w:pPr>
        <w:spacing w:after="40"/>
      </w:pPr>
    </w:p>
    <w:p>
      <w:pPr>
        <w:spacing w:after="40"/>
      </w:pPr>
      <w:r>
        <w:t>От должника: ______________________ (ФИО),</w:t>
      </w:r>
    </w:p>
    <w:p>
      <w:pPr>
        <w:spacing w:after="40"/>
      </w:pPr>
      <w:r>
        <w:t>адрес: ______________________, тел. ________</w:t>
      </w:r>
    </w:p>
    <w:p>
      <w:pPr>
        <w:spacing w:after="40"/>
      </w:pPr>
    </w:p>
    <w:p>
      <w:pPr>
        <w:spacing w:after="40"/>
      </w:pPr>
      <w:r>
        <w:t>ЗАЯВЛЕНИЕ</w:t>
      </w:r>
    </w:p>
    <w:p>
      <w:pPr>
        <w:spacing w:after="40"/>
      </w:pPr>
      <w:r>
        <w:t>о снятии ареста со счёта и об отмене обращения взыскания на защищённые доходы</w:t>
      </w:r>
    </w:p>
    <w:p>
      <w:pPr>
        <w:spacing w:after="40"/>
      </w:pPr>
    </w:p>
    <w:p>
      <w:pPr>
        <w:spacing w:after="40"/>
      </w:pPr>
      <w:r>
        <w:t>В Вашем производстве находится исполнительное производство № ____ в отношении меня. В рамках производства наложен арест (обращено взыскание) на счёт № ______________________ в ______ (наименование банка).</w:t>
      </w:r>
    </w:p>
    <w:p>
      <w:pPr>
        <w:spacing w:after="40"/>
      </w:pPr>
    </w:p>
    <w:p>
      <w:pPr>
        <w:spacing w:after="40"/>
      </w:pPr>
      <w:r>
        <w:t>На указанный счёт поступают ______________________ (детские пособия / алименты / пенсия по случаю потери кормильца / иные социальные выплаты), на которые в силу ст. 101 Федерального закона от 02.10.2007 № 229-ФЗ «Об исполнительном производстве» не может быть обращено взыскание.</w:t>
      </w:r>
    </w:p>
    <w:p>
      <w:pPr>
        <w:spacing w:after="40"/>
      </w:pPr>
    </w:p>
    <w:p>
      <w:pPr>
        <w:spacing w:after="40"/>
      </w:pPr>
      <w:r>
        <w:t>На основании ст. 101 Федерального закона № 229-ФЗ</w:t>
      </w:r>
    </w:p>
    <w:p>
      <w:pPr>
        <w:spacing w:after="40"/>
      </w:pPr>
    </w:p>
    <w:p>
      <w:pPr>
        <w:spacing w:after="40"/>
      </w:pPr>
      <w:r>
        <w:t>ПРОШУ:</w:t>
      </w:r>
    </w:p>
    <w:p>
      <w:pPr>
        <w:spacing w:after="40"/>
      </w:pPr>
      <w:r>
        <w:t>1. Снять арест со счёта № ______ и отменить обращение взыскания на поступающие на него защищённые выплаты.</w:t>
      </w:r>
    </w:p>
    <w:p>
      <w:pPr>
        <w:spacing w:after="40"/>
      </w:pPr>
      <w:r>
        <w:t>2. Возвратить необоснованно удержанные денежные средства в размере ________ руб.</w:t>
      </w:r>
    </w:p>
    <w:p>
      <w:pPr>
        <w:spacing w:after="40"/>
      </w:pPr>
    </w:p>
    <w:p>
      <w:pPr>
        <w:spacing w:after="40"/>
      </w:pPr>
      <w:r>
        <w:t>Приложения:</w:t>
      </w:r>
    </w:p>
    <w:p>
      <w:pPr>
        <w:spacing w:after="40"/>
      </w:pPr>
      <w:r>
        <w:t>1. Выписка по счёту с назначением платежей.</w:t>
      </w:r>
    </w:p>
    <w:p>
      <w:pPr>
        <w:spacing w:after="40"/>
      </w:pPr>
      <w:r>
        <w:t>2. Документы о назначении выплат.</w:t>
      </w:r>
    </w:p>
    <w:p>
      <w:pPr>
        <w:spacing w:after="40"/>
      </w:pPr>
    </w:p>
    <w:p>
      <w:pPr>
        <w:spacing w:after="40"/>
      </w:pPr>
      <w:r>
        <w:t>Дата ___________            Подпись ___________</w:t>
      </w:r>
    </w:p>
    <w:p/>
    <w:p>
      <w:r>
        <w:rPr>
          <w:i/>
          <w:color w:val="808080"/>
          <w:sz w:val="16"/>
        </w:rPr>
        <w:t>Информация размещена в ознакомительных целях и не является индивидуальной юридической консультацией. Конкретный документ должен составляться с учётом обстоятельств дела, доказательств, сроков и процессуального положения заявителя. Адвокат Сергеев В.В., sergeevadvokat.ru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