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26"/>
        </w:rPr>
        <w:t>Заявление о рассрочке (отсрочке) исполнения судебного акта</w:t>
      </w:r>
    </w:p>
    <w:p>
      <w:pPr>
        <w:spacing w:after="40"/>
      </w:pPr>
      <w:r>
        <w:t>В ______________________ (наименование суда, выдавшего исполнительный документ)</w:t>
      </w:r>
    </w:p>
    <w:p>
      <w:pPr>
        <w:spacing w:after="40"/>
      </w:pPr>
    </w:p>
    <w:p>
      <w:pPr>
        <w:spacing w:after="40"/>
      </w:pPr>
      <w:r>
        <w:t>Дело № ____________</w:t>
      </w:r>
    </w:p>
    <w:p>
      <w:pPr>
        <w:spacing w:after="40"/>
      </w:pPr>
      <w:r>
        <w:t>Заявитель (должник): ______________________ (ФИО),</w:t>
      </w:r>
    </w:p>
    <w:p>
      <w:pPr>
        <w:spacing w:after="40"/>
      </w:pPr>
      <w:r>
        <w:t>адрес: ______________________, тел. ________</w:t>
      </w:r>
    </w:p>
    <w:p>
      <w:pPr>
        <w:spacing w:after="40"/>
      </w:pPr>
      <w:r>
        <w:t>Взыскатель: ______________________</w:t>
      </w:r>
    </w:p>
    <w:p>
      <w:pPr>
        <w:spacing w:after="40"/>
      </w:pPr>
    </w:p>
    <w:p>
      <w:pPr>
        <w:spacing w:after="40"/>
      </w:pPr>
      <w:r>
        <w:t>ЗАЯВЛЕНИЕ</w:t>
      </w:r>
    </w:p>
    <w:p>
      <w:pPr>
        <w:spacing w:after="40"/>
      </w:pPr>
      <w:r>
        <w:t>о предоставлении рассрочки (отсрочки) исполнения судебного акта</w:t>
      </w:r>
    </w:p>
    <w:p>
      <w:pPr>
        <w:spacing w:after="40"/>
      </w:pPr>
    </w:p>
    <w:p>
      <w:pPr>
        <w:spacing w:after="40"/>
      </w:pPr>
      <w:r>
        <w:t>Решением ______ от __.__.____ по делу № ____ с меня в пользу ______ взыскано ________ руб. На основании исполнительного листа возбуждено исполнительное производство № ____.</w:t>
      </w:r>
    </w:p>
    <w:p>
      <w:pPr>
        <w:spacing w:after="40"/>
      </w:pPr>
    </w:p>
    <w:p>
      <w:pPr>
        <w:spacing w:after="40"/>
      </w:pPr>
      <w:r>
        <w:t>Единовременное исполнение решения для меня затруднительно ввиду ______________________ (тяжёлое материальное положение, болезнь, наличие ____ иждивенцев, размер дохода ________ руб.), что подтверждается ______________________.</w:t>
      </w:r>
    </w:p>
    <w:p>
      <w:pPr>
        <w:spacing w:after="40"/>
      </w:pPr>
    </w:p>
    <w:p>
      <w:pPr>
        <w:spacing w:after="40"/>
      </w:pPr>
      <w:r>
        <w:t>Согласно ст. 203 ГПК РФ и ст. 37 Федерального закона от 02.10.2007 № 229-ФЗ суд вправе предоставить рассрочку или отсрочку исполнения, изменить способ и порядок исполнения судебного акта.</w:t>
      </w:r>
    </w:p>
    <w:p>
      <w:pPr>
        <w:spacing w:after="40"/>
      </w:pPr>
    </w:p>
    <w:p>
      <w:pPr>
        <w:spacing w:after="40"/>
      </w:pPr>
      <w:r>
        <w:t>На основании ст. 203 ГПК РФ, ст. 37 Федерального закона № 229-ФЗ</w:t>
      </w:r>
    </w:p>
    <w:p>
      <w:pPr>
        <w:spacing w:after="40"/>
      </w:pPr>
    </w:p>
    <w:p>
      <w:pPr>
        <w:spacing w:after="40"/>
      </w:pPr>
      <w:r>
        <w:t>ПРОШУ:</w:t>
      </w:r>
    </w:p>
    <w:p>
      <w:pPr>
        <w:spacing w:after="40"/>
      </w:pPr>
      <w:r>
        <w:t>предоставить рассрочку исполнения решения по делу № ____ на срок ____ месяцев с уплатой по ________ руб. ежемесячно (либо отсрочку исполнения до __.__.____).</w:t>
      </w:r>
    </w:p>
    <w:p>
      <w:pPr>
        <w:spacing w:after="40"/>
      </w:pPr>
    </w:p>
    <w:p>
      <w:pPr>
        <w:spacing w:after="40"/>
      </w:pPr>
      <w:r>
        <w:t>Приложения: документы, подтверждающие обстоятельства, затрудняющие исполнение.</w:t>
      </w:r>
    </w:p>
    <w:p>
      <w:pPr>
        <w:spacing w:after="40"/>
      </w:pPr>
    </w:p>
    <w:p>
      <w:pPr>
        <w:spacing w:after="40"/>
      </w:pPr>
      <w:r>
        <w:t>Дата ___________            Подпись ___________</w:t>
      </w:r>
    </w:p>
    <w:p/>
    <w:p>
      <w:r>
        <w:rPr>
          <w:i/>
          <w:color w:val="808080"/>
          <w:sz w:val="16"/>
        </w:rPr>
        <w:t>Информация размещена в ознакомительных целях и не является индивидуальной юридической консультацией. Конкретный документ должен составляться с учётом обстоятельств дела, доказательств, сроков и процессуального положения заявителя. Адвокат Сергеев В.В., sergeevadvokat.ru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