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Возражения относительно исполнения судебного приказа</w:t>
      </w:r>
    </w:p>
    <w:p>
      <w:pPr>
        <w:spacing w:after="40"/>
      </w:pPr>
      <w:r>
        <w:t>Мировому судье судебного участка № ____</w:t>
      </w:r>
    </w:p>
    <w:p>
      <w:pPr>
        <w:spacing w:after="40"/>
      </w:pPr>
      <w:r>
        <w:t>______________________ (район, город)</w:t>
      </w:r>
    </w:p>
    <w:p>
      <w:pPr>
        <w:spacing w:after="40"/>
      </w:pPr>
    </w:p>
    <w:p>
      <w:pPr>
        <w:spacing w:after="40"/>
      </w:pPr>
      <w:r>
        <w:t>От должника: ______________________ (ФИО),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  <w:r>
        <w:t>Взыскатель: ______________________</w:t>
      </w:r>
    </w:p>
    <w:p>
      <w:pPr>
        <w:spacing w:after="40"/>
      </w:pPr>
    </w:p>
    <w:p>
      <w:pPr>
        <w:spacing w:after="40"/>
      </w:pPr>
      <w:r>
        <w:t>ВОЗРАЖЕНИЯ</w:t>
      </w:r>
    </w:p>
    <w:p>
      <w:pPr>
        <w:spacing w:after="40"/>
      </w:pPr>
      <w:r>
        <w:t>относительно исполнения судебного приказа</w:t>
      </w:r>
    </w:p>
    <w:p>
      <w:pPr>
        <w:spacing w:after="40"/>
      </w:pPr>
    </w:p>
    <w:p>
      <w:pPr>
        <w:spacing w:after="40"/>
      </w:pPr>
      <w:r>
        <w:t>__.__.____ мировым судьёй вынесен судебный приказ № ____ о взыскании с меня в пользу ______ денежных средств в размере ________ руб. Копию приказа я получил __.__.____.</w:t>
      </w:r>
    </w:p>
    <w:p>
      <w:pPr>
        <w:spacing w:after="40"/>
      </w:pPr>
    </w:p>
    <w:p>
      <w:pPr>
        <w:spacing w:after="40"/>
      </w:pPr>
      <w:r>
        <w:t>С вынесенным судебным приказом не согласен, возражаю относительно его исполнения, поскольку ______________________ (сумма долга оспаривается / обязательство исполнено / пропущен срок и т.п.).</w:t>
      </w:r>
    </w:p>
    <w:p>
      <w:pPr>
        <w:spacing w:after="40"/>
      </w:pPr>
    </w:p>
    <w:p>
      <w:pPr>
        <w:spacing w:after="40"/>
      </w:pPr>
      <w:r>
        <w:t>(При пропуске срока: срок на подачу возражений пропущен по уважительной причине — ______________________, в связи с чем прошу его восстановить.)</w:t>
      </w:r>
    </w:p>
    <w:p>
      <w:pPr>
        <w:spacing w:after="40"/>
      </w:pPr>
    </w:p>
    <w:p>
      <w:pPr>
        <w:spacing w:after="40"/>
      </w:pPr>
      <w:r>
        <w:t>В соответствии со ст. 129 ГПК РФ судья отменяет судебный приказ, если от должника поступили возражения относительно его исполнения.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Отменить судебный приказ № ____ от __.__.____.</w:t>
      </w:r>
    </w:p>
    <w:p>
      <w:pPr>
        <w:spacing w:after="40"/>
      </w:pPr>
      <w:r>
        <w:t>(2. Восстановить пропущенный срок на подачу возражений.)</w:t>
      </w:r>
    </w:p>
    <w:p>
      <w:pPr>
        <w:spacing w:after="40"/>
      </w:pPr>
    </w:p>
    <w:p>
      <w:pPr>
        <w:spacing w:after="40"/>
      </w:pPr>
      <w:r>
        <w:t>Приложения: копия судебного приказа (при наличии), документы в подтверждение уважительности пропуска срока.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