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  <w:jc w:val="center"/>
      </w:pPr>
      <w:r>
        <w:rPr>
          <w:b/>
          <w:sz w:val="26"/>
        </w:rPr>
        <w:t>Заявление об окончании исполнительного производства</w:t>
      </w:r>
    </w:p>
    <w:p>
      <w:pPr>
        <w:spacing w:after="40"/>
      </w:pPr>
      <w:r>
        <w:t>Начальнику отдела — старшему судебному приставу</w:t>
      </w:r>
    </w:p>
    <w:p>
      <w:pPr>
        <w:spacing w:after="40"/>
      </w:pPr>
      <w:r>
        <w:t>______________________ отделения ФССП России</w:t>
      </w:r>
    </w:p>
    <w:p>
      <w:pPr>
        <w:spacing w:after="40"/>
      </w:pPr>
      <w:r>
        <w:t>(судебному приставу-исполнителю ______)</w:t>
      </w:r>
    </w:p>
    <w:p>
      <w:pPr>
        <w:spacing w:after="40"/>
      </w:pPr>
    </w:p>
    <w:p>
      <w:pPr>
        <w:spacing w:after="40"/>
      </w:pPr>
      <w:r>
        <w:t>От: ______________________ (ФИО, процессуальный статус — должник),</w:t>
      </w:r>
    </w:p>
    <w:p>
      <w:pPr>
        <w:spacing w:after="40"/>
      </w:pPr>
      <w:r>
        <w:t>адрес: ______________________, тел. ________</w:t>
      </w:r>
    </w:p>
    <w:p>
      <w:pPr>
        <w:spacing w:after="40"/>
      </w:pPr>
      <w:r>
        <w:t>Взыскатель: ______________________</w:t>
      </w:r>
    </w:p>
    <w:p>
      <w:pPr>
        <w:spacing w:after="40"/>
      </w:pPr>
    </w:p>
    <w:p>
      <w:pPr>
        <w:spacing w:after="40"/>
      </w:pPr>
      <w:r>
        <w:t>ЗАЯВЛЕНИЕ</w:t>
      </w:r>
    </w:p>
    <w:p>
      <w:pPr>
        <w:spacing w:after="40"/>
      </w:pPr>
      <w:r>
        <w:t>об окончании исполнительного производства</w:t>
      </w:r>
    </w:p>
    <w:p>
      <w:pPr>
        <w:spacing w:after="40"/>
      </w:pPr>
    </w:p>
    <w:p>
      <w:pPr>
        <w:spacing w:after="40"/>
      </w:pPr>
      <w:r>
        <w:t>В Вашем производстве находится исполнительное производство № ____ о взыскании с меня в пользу ______ денежных средств в размере ________ руб.</w:t>
      </w:r>
    </w:p>
    <w:p>
      <w:pPr>
        <w:spacing w:after="40"/>
      </w:pPr>
    </w:p>
    <w:p>
      <w:pPr>
        <w:spacing w:after="40"/>
      </w:pPr>
      <w:r>
        <w:t>Имеются основания для окончания производства, поскольку ______________________ (требования исполнены в полном объёме __.__.____, что подтверждается платёжными документами / у должника отсутствует имущество и доходы, на которые может быть обращено взыскание).</w:t>
      </w:r>
    </w:p>
    <w:p>
      <w:pPr>
        <w:spacing w:after="40"/>
      </w:pPr>
    </w:p>
    <w:p>
      <w:pPr>
        <w:spacing w:after="40"/>
      </w:pPr>
      <w:r>
        <w:t>Согласно ст. 47 (ст. 46) Федерального закона от 02.10.2007 № 229-ФЗ «Об исполнительном производстве» исполнительное производство оканчивается при фактическом исполнении требований либо при невозможности взыскания.</w:t>
      </w:r>
    </w:p>
    <w:p>
      <w:pPr>
        <w:spacing w:after="40"/>
      </w:pPr>
    </w:p>
    <w:p>
      <w:pPr>
        <w:spacing w:after="40"/>
      </w:pPr>
      <w:r>
        <w:t>На основании ст. 46, 47 Федерального закона № 229-ФЗ</w:t>
      </w:r>
    </w:p>
    <w:p>
      <w:pPr>
        <w:spacing w:after="40"/>
      </w:pPr>
    </w:p>
    <w:p>
      <w:pPr>
        <w:spacing w:after="40"/>
      </w:pPr>
      <w:r>
        <w:t>ПРОШУ:</w:t>
      </w:r>
    </w:p>
    <w:p>
      <w:pPr>
        <w:spacing w:after="40"/>
      </w:pPr>
      <w:r>
        <w:t>1. Окончить исполнительное производство № ____.</w:t>
      </w:r>
    </w:p>
    <w:p>
      <w:pPr>
        <w:spacing w:after="40"/>
      </w:pPr>
      <w:r>
        <w:t>2. Снять наложенные в рамках производства аресты и ограничения.</w:t>
      </w:r>
    </w:p>
    <w:p>
      <w:pPr>
        <w:spacing w:after="40"/>
      </w:pPr>
    </w:p>
    <w:p>
      <w:pPr>
        <w:spacing w:after="40"/>
      </w:pPr>
      <w:r>
        <w:t>Приложения: документы, подтверждающие исполнение (либо невозможность взыскания).</w:t>
      </w:r>
    </w:p>
    <w:p>
      <w:pPr>
        <w:spacing w:after="40"/>
      </w:pPr>
    </w:p>
    <w:p>
      <w:pPr>
        <w:spacing w:after="40"/>
      </w:pPr>
      <w:r>
        <w:t>Дата ___________            Подпись ___________</w:t>
      </w:r>
    </w:p>
    <w:p/>
    <w:p>
      <w:r>
        <w:rPr>
          <w:i/>
          <w:color w:val="808080"/>
          <w:sz w:val="16"/>
        </w:rPr>
        <w:t>Информация размещена в ознакомительных целях и не является индивидуальной юридической консультацией. Конкретный документ должен составляться с учётом обстоятельств дела, доказательств, сроков и процессуального положения заявителя. Адвокат Сергеев В.В., sergeevadvokat.ru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