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  <w:sz w:val="26"/>
        </w:rPr>
        <w:t>Досудебная претензия о возврате долга</w:t>
      </w:r>
    </w:p>
    <w:p>
      <w:pPr>
        <w:spacing w:after="40"/>
      </w:pPr>
      <w:r>
        <w:t>______________________ (должнику: ФИО / наименование),</w:t>
      </w:r>
    </w:p>
    <w:p>
      <w:pPr>
        <w:spacing w:after="40"/>
      </w:pPr>
      <w:r>
        <w:t>адрес: ______________________</w:t>
      </w:r>
    </w:p>
    <w:p>
      <w:pPr>
        <w:spacing w:after="40"/>
      </w:pPr>
    </w:p>
    <w:p>
      <w:pPr>
        <w:spacing w:after="40"/>
      </w:pPr>
      <w:r>
        <w:t>От: ______________________ (кредитор, ФИО / наименование),</w:t>
      </w:r>
    </w:p>
    <w:p>
      <w:pPr>
        <w:spacing w:after="40"/>
      </w:pPr>
      <w:r>
        <w:t>адрес: ______________________, тел. ________</w:t>
      </w:r>
    </w:p>
    <w:p>
      <w:pPr>
        <w:spacing w:after="40"/>
      </w:pPr>
    </w:p>
    <w:p>
      <w:pPr>
        <w:spacing w:after="40"/>
      </w:pPr>
      <w:r>
        <w:t>ПРЕТЕНЗИЯ</w:t>
      </w:r>
    </w:p>
    <w:p>
      <w:pPr>
        <w:spacing w:after="40"/>
      </w:pPr>
      <w:r>
        <w:t>о возврате долга</w:t>
      </w:r>
    </w:p>
    <w:p>
      <w:pPr>
        <w:spacing w:after="40"/>
      </w:pPr>
    </w:p>
    <w:p>
      <w:pPr>
        <w:spacing w:after="40"/>
      </w:pPr>
      <w:r>
        <w:t>__.__.____ между нами заключён ______________________ (договор займа / купли-продажи / расписка) № ____, по условиям которого ______________________. Свои обязательства я исполнил, однако Вы обязательство по возврату (оплате) на сумму ________ руб. в срок до __.__.____ не исполнили.</w:t>
      </w:r>
    </w:p>
    <w:p>
      <w:pPr>
        <w:spacing w:after="40"/>
      </w:pPr>
    </w:p>
    <w:p>
      <w:pPr>
        <w:spacing w:after="40"/>
      </w:pPr>
      <w:r>
        <w:t>За период с __.__.____ по __.__.____ подлежат уплате проценты (неустойка) в размере ________ руб. согласно ______________________ (условиям договора / ст. 395 ГК РФ). Общая сумма задолженности составляет ________ руб.</w:t>
      </w:r>
    </w:p>
    <w:p>
      <w:pPr>
        <w:spacing w:after="40"/>
      </w:pPr>
    </w:p>
    <w:p>
      <w:pPr>
        <w:spacing w:after="40"/>
      </w:pPr>
      <w:r>
        <w:t>В соответствии со ст. 309, 310 Гражданского кодекса РФ обязательства должны исполняться надлежащим образом; односторонний отказ от исполнения не допускается.</w:t>
      </w:r>
    </w:p>
    <w:p>
      <w:pPr>
        <w:spacing w:after="40"/>
      </w:pPr>
    </w:p>
    <w:p>
      <w:pPr>
        <w:spacing w:after="40"/>
      </w:pPr>
      <w:r>
        <w:t>ПРОШУ (ТРЕБУЮ):</w:t>
      </w:r>
    </w:p>
    <w:p>
      <w:pPr>
        <w:spacing w:after="40"/>
      </w:pPr>
      <w:r>
        <w:t>в срок ____ (___) календарных дней с даты получения настоящей претензии погасить задолженность в размере ________ руб. по реквизитам: ______________________.</w:t>
      </w:r>
    </w:p>
    <w:p>
      <w:pPr>
        <w:spacing w:after="40"/>
      </w:pPr>
    </w:p>
    <w:p>
      <w:pPr>
        <w:spacing w:after="40"/>
      </w:pPr>
      <w:r>
        <w:t>В случае неисполнения буду вынужден обратиться в суд с отнесением на Вас суммы долга, процентов, госпошлины и судебных расходов.</w:t>
      </w:r>
    </w:p>
    <w:p>
      <w:pPr>
        <w:spacing w:after="40"/>
      </w:pPr>
    </w:p>
    <w:p>
      <w:pPr>
        <w:spacing w:after="40"/>
      </w:pPr>
      <w:r>
        <w:t>Приложения: копии договора (расписки), расчёт задолженности.</w:t>
      </w:r>
    </w:p>
    <w:p>
      <w:pPr>
        <w:spacing w:after="40"/>
      </w:pPr>
    </w:p>
    <w:p>
      <w:pPr>
        <w:spacing w:after="40"/>
      </w:pPr>
      <w:r>
        <w:t>Дата ___________            Подпись ___________</w:t>
      </w:r>
    </w:p>
    <w:p/>
    <w:p>
      <w:r>
        <w:rPr>
          <w:i/>
          <w:color w:val="808080"/>
          <w:sz w:val="16"/>
        </w:rPr>
        <w:t>Информация размещена в ознакомительных целях и не является индивидуальной юридической консультацией. Конкретный документ должен составляться с учётом обстоятельств дела, доказательств, сроков и процессуального положения заявителя. Адвокат Сергеев В.В., sergeevadvokat.ru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